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Vronskaya J., Chuguev V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The Biographical Dictionary of the Former Soviet Union. London, 1992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Biographical Dictionary of the Former Soviet Union · 1992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Рудольф Лорисович 4.3.1937— Художник.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Родился в Ереване. Его образование состояло лишь из 4 классов местной школы. Абсолютный самоучка. В раннем возрасте был учеником Эрванта Котчара, крупного армянского художника. Первые влияния от Пикассо, Леже и Модильяни. Бронзовая медаль на 7-м конкурсе Молодых художников в Вене в 1959. Член Союза Художников СССР, 1960, в возрасте 23 лет. Серебряная медаль на крупном национальном конкурсе художников Армении, 1965. Получил 1-ю премию Министерства культуры Армении в 1969 за портрет армянского композитора и монаха Комитаса. В 1970 демонстрировался в Лувре. Исключен из Союза брежневскими деятелями из Министерства культуры. Первая американская выставка в Лос-Анджелесе в 1985. Многие считают его крупным портретистом. Он писал портреты международно известных личностей, в том числе сэра Филиппа Опенгеймера. «Айриш Таймс» назвала его «самым влиятельным художником России». Его портреты приобретаются музеями и галереями всего мира. В 1989 жил и работал в Лондоне по личному приглашению одного армянского миллионера. Вернулся в Россию в 1993.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См.: Джин Вронская, «Армянское искусство завоевывает Запад», «Беседы Джин Вронской с Рудольфом Хачатряном», «Юропеан, Элан», 26—28 апр. 1991.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Pub-0184 · Vronskaya J., Chuguev V · 1992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https://rudolfart.com/publications/Pub-0184?lang=ru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Pub-0184 · Vronskaya J., Chuguev V · 1992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https://rudolfart.com/publications/Pub-0184?lang=ru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84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84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https://rudolfart.com/publications/Pub-0184?lang=ru</dc:subject>
  <dc:creator>python-docx</dc:creator>
  <cp:keywords>Rudolf Khachatryan; rudolfart.com</cp:keywords>
  <dc:description>Source: https://rudolfart.com/publications/Pub-0184?lang=ru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