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“Two Centuries of Graphic Art at the Hilton”.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Sunday Times · 1992, 1 ноября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УСЛЫШАНО В УЛЬЕ (от Пчелы)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ДВА ВЕКА ГРАФИКИ В «ХИЛТОНЕ»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«Два века графики» — выставка, устроенная историком искусства дамой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Франсуазой Темпра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открытая в «Хилтоне» в прошлый вторник, — будет открыта ежедневно до 15 ноября.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Выставка, настоящее художественное достижение, показывает 147 работ 51 художника семнадцати национальностей, среди них Гойя, Матисс, Дали, Де Пасс и Пикассо.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Отец Мариус Зерафа, бывший директор музеев, в остроумной речи объяснил, что «графические формы» — офорт, гравюра и литография, не считая, конечно, оригинальных рисунков, — означали демократизацию искусства, когда почти каждый мог позволить себе владеть произведением известного мастера — графическим листом, подписанного художником.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Дама Франсуаза Темпра во вступительном слове говорила о том, как её воодушевляла подготовка выставки и как одновременно её охватывала грусть при мысли, что некоторых из её самых близких друзей — таких, как великий сюрреалист Сальвадор Дали (представлен семью работами) и Фрэнк Хилл (12 работ), — уже нет с нами, хотя оставленные ими шедевры будут жить вечно.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Ей было очень приятно видеть, что на выставке представлены два «старых друга» — Эдвин Галеа и Раймонд Питре. Они участвовали вместе с другими мальтийскими художниками в выставке «Искусство на Мальте», которую она устроила в Лондоне в 1977 году. Но были и два её «открытия» — Артур Риццо, исследователь космоса средствами живописи, и Никки Арнетт, прямая потомица по отцовской линии, через её отца Хью, великого Дж. У. Тёрнера (1775—1851), чьи поэтичные миниатюрные марины, по её словам, не могут не заслужить одобрения её предка.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Дама Франсуаза сказала, что графика имеет и инвестиционную ценность. Литография Шагала, стоившая 350 долларов пятнадцать лет назад, недавно была продана на Christie's за 25 000 долларов.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Многие работы на этой значительной выставке взяты на время из частных собраний, но 10 процентов выручки от продаваемых будет передано в Community Chest Fund.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[Подпись к снимку: ОТЕЦ МАРИУС ЗЕРАФА выступает на открытии выставки в «Хилтоне»; рядом посол России госпожа Валентина Матвиенко и устроительница выставки дама Франсуаза Темпра.]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Pub-0186 · 1992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https://rudolfart.com/publications/Pub-0186?lang=ru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Pub-0186 · 1992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https://rudolfart.com/publications/Pub-0186?lang=ru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8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8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https://rudolfart.com/publications/Pub-0186?lang=ru</dc:subject>
  <dc:creator>python-docx</dc:creator>
  <cp:keywords>Rudolf Khachatryan; rudolfart.com</cp:keywords>
  <dc:description>Source: https://rudolfart.com/publications/Pub-0186?lang=ru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