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“Graphic Art on Show”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Malta Independent · 1992, 18 октября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ГРАФИКИ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50 художников и 15 стран будут представлены в мальтийском «Хилтоне» на большой выставке под названием «Два века графики», устроенной историком искусства дамой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Франсуазой Темпра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с 27 октября по 15 ноября. Выставка продолжает предыдущую, которую дама Темпра устроила в Кафедральном музее в Мдине в 1990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выставку войдут гравюры, литографии, эстампы и оригинальные рисунки известных художников — Анри Матисса, Фрэнка Хилла, Франсиско Гойи и Сальвадора Дали и других.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Community Chest Fund получит 10 % всех продаж на этой выставке.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иллюстрации (слева) — «Посвящение Гернике» Фрэнка Хилла (британец, 1937—1990).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Pub-0188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Pub-0188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https://rudolfart.com/publications/Pub-0188?lang=ru</dc:subject>
  <dc:creator>python-docx</dc:creator>
  <cp:keywords>Rudolf Khachatryan; rudolfart.com</cp:keywords>
  <dc:description>Source: https://rudolfart.com/publications/Pub-0188?lang=ru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