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“From Goya to Matisse”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The Sunday Times · 1992, 25 октября, с. 22 · Перевод с английского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ОТ ГОЙИ ДО МАТИССА В «ХИЛТОНЕ»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От корреспондента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Пятьдесят художников и 15 стран будут представлены на выставке под названием «Два века графики, вдохновлённой двумя тысячелетиями литературы, истории и предания», которая открывается в «Хилтоне» во вторник.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Выставка, которая продлится до 15 ноября, включит оригинальные рисунки, гравюры, литографии и эстампы.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Устроенная историком искусства дамой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Франсуазой Темпра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, она представляет собой расширенный вариант той, что была показана ею в Кафедральном музее в Мдине в 1990 году.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Главным событием станет рисунок обнажённой Анри Матисса (1869—1954), датированный 1919 годом и ни разу не показанный публике после 1931 года, когда он был частью ретроспективы художника в Берлине.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Будут показаны и оригинальные работы британского художника Фрэнка Хилла (1937—1990) в смешанной технике — дань Сандро Боттичелли (1444—1510), Диего Веласкесу (1599—1660), а также Кацусике Хокусаю (1760—1849) и другим.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Оригинальный цветной рисунок Казимира Малевича (1878—1935) около 1921 года расскажет зрителю о супрематизме и его уходе от подчинённости фигуративному изображению, а лидер другого течения, Мануэль Кинтанилья (р. 1924), отец эссенциализма, иллюстрирует свои теории и в оригиналах, и в литографиях.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Гравюры Франсиско Гойи (1746—1828) и эстампы XIX века Гюстава Доре (1832—1883) обеспечат изобразительные приношения истории и литературным сочинениям Сервантеса, Шатобриана, Мюнхгаузена, Лафонтена, а также Библии.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Литографии Сальвадора Дали (1904—1989) к «Науке любви» Овидия и к «Божественной комедии» Данте будут дополнены в этот год пятисотлетнего юбилея Колумба его «Открытием Америки», где фигура Галы как Мадонны Дали возникает из флага высаживающихся конкистадоров.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Джакомо де Пасс (р. 1938), который во время этой выставки будет показывать в Париже свою совместную работу с Эрве Базеном, президентом Гонкуровской академии, открывает своими рисунками и литографиями широкую панораму истории (Русская революция), обычаев и преданий — своей графикой к «Комедии дель арте», «Виртуозам» (музыка), «Рысакам» (скачки), «Любви и проигрышу» (любовь, игры и азарт) и другим увлекательным сериям, таким как «Кошачьи образы».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Весь спектр истории искусства охватит и мальтийская команда — от традиции, с фигуративными записями морских подвигов и событий Эдвина Галеа, до авангардного сюрреализма с космической вселенной Артура Риццо, сопровождаемого полётом воображения в поэтический лиризм Раймонда Питре.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Но склоняется ли зритель к ориенталистским пейзажам Дэвида Робертса (1796—1864), к преданиям пустыни Карла Хаага (1820—1915), к африканскому фольклору в рисунках Томеу Понса (р. 1933; оригиналы этого экспонента входят в монографии о художнике, изданные Барселонским музеем), к экзотически окрашенным созданиям Джафара Ислаха (р. 1946), к еврейским преданиям в изображении Золтана Перлмуттера (р. 1922), к Парижу 1930-х годов Лионелло Фьораванти-Масса (р. 1911) или к общественным высказываниям Танассиса Акривопулоса (р. 1940) — все существующие границы мира окажутся открыты чудом искусства.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Community Chest Fund получит 10 процентов всех продаж на этой выставке, а мальтийский «Хилтон» великодушно предоставил помещение и помог с устройством показа.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[Подписи к снимкам: ФРЭНК ХИЛЛ: «Посвящение Веласкесу», одна из работ, показанных в «Хилтоне» со вторника до 15 ноября. РИЧАРД КОНСТЕБЛ (р. 1932): «Соколы на скалистом берегу». Фон навеян наброском его двоюродного деда капитана Чарльза Констебла, сына Джона Констебла, сделанным в 1845 году во время описи вод Персидского залива.]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Pub-0189 · 1992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https://rudolfart.com/publications/Pub-0189?lang=ru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Pub-0189 · 1992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https://rudolfart.com/publications/Pub-0189?lang=ru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189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189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https://rudolfart.com/publications/Pub-0189?lang=ru</dc:subject>
  <dc:creator>python-docx</dc:creator>
  <cp:keywords>Rudolf Khachatryan; rudolfart.com</cp:keywords>
  <dc:description>Source: https://rudolfart.com/publications/Pub-0189?lang=ru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