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Вернисаж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Московский художник · 1993, 26 ноября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Вернисажи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залах Центрального Дома художников (Крымский вал, 10) открылась выставка произведений армянского художника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этой заметке я буду говорить прежде всего о лондонских работах, знаменующих высшую точку в развитии художника, и не ставлю перед собой задачу дать характеристику всему творчеству, описать отдельные его этапы. Замечу лишь, что разница между ранним Хачатряном и зрелым велика. Казалось бы, трудно было представить, что тонкий стилист, в совершенстве владеющий линией и создающий "очень похожие" портреты в "ренессансном стиле", вдруг станет сверхреальным, энергичным изобретателем новых форм, творцом современных мифологем и развернет свой талант в столь неожиданном направлении. Между тем есть точки соприкосновения между началом и зрелостью. Сам Хачатрян считает, что раннее творчество не прошло даром. Он овладел формой, познал ее возможности, стал последовательным сторонником позитивных художественных ценностей, что в дальнейшем уберегло его от примата идеи или даже концепции над пластикой.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погружен в особый мир, созданный его фантазией. В этом мире живут удивительные существа. Они не просто результат воображения, но и плод пристального наблюдения, над реальностью, которая как бы перед глазами художника приумножает свои качества, разрастается, концентрируется в своей энергии.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Дмитрий САРАБЬЯНОВ.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к фотографии: Р. Хачатрян на открытии выставки.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Pub-0191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Pub-0191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https://rudolfart.com/publications/Pub-0191?lang=ru</dc:subject>
  <dc:creator>python-docx</dc:creator>
  <cp:keywords>Rudolf Khachatryan; rudolfart.com</cp:keywords>
  <dc:description>Source: https://rudolfart.com/publications/Pub-0191?lang=ru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