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Елена Владимирова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Метаморфозы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Независимая газета · 1993, 20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МЕТАМОРФОЗЫ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РЕТРОСПЕКТИВНАЯ выставка работ «Метаморфозы» Рудольфа Хачатряна открылась в ЦДХ. На ней представлено творчество художника с конца пятидесятых годов и до наших дней. В первом зале — работы, выполненные в реалистической манере, — пейзажи Армении, изящные натюрморты, серия портретов. Большая же часть работ создана художником за последние три года, которые он провёл в Англии. Это время было для него чрезвычайно плодотворным. Он работал буквально день и ночь, оставляя на сон 1—2 часа. За три года им было создано 800 картин. Неузнаваемо изменился стиль художника. Он возвращается к «открытым формам», проделав путь от реализма к модернизму. Его композиции, выполненные в экспрессивной, сюрреалистической манере, вызывают чувство тревоги, будоражат сознание.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будет работать с 19 ноября по 16 декабря. Её спонсором является концерн «Соби». После организации выступлений Мстислава Ростроповича и Майи Плисецкой это его третья акция.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Елена ВЛАДИМИРОВА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Pub-0192 · Елена Владимирова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Pub-0192 · Елена Владимирова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https://rudolfart.com/publications/Pub-0192?lang=ru</dc:subject>
  <dc:creator>python-docx</dc:creator>
  <cp:keywords>Rudolf Khachatryan; rudolfart.com</cp:keywords>
  <dc:description>Source: https://rudolfart.com/publications/Pub-0192?lang=ru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