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Татьяна Немойкина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Художник,который открыл Америку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Комсомольская правда · 1993, 3 декабря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ХУДОЖНИК, КОТОРЫЙ ОТКРЫЛ АМЕРИКУ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«Я очень хотел увидеть все свои работы вместе. И вот это произошло», — сказал на открытии персональной выставки известный московский художник Рудольф 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залах ЦДХ в эти дни выставлены произведения художника за 40 лет творческой деятельности. Портреты Александра Пушкина, Армена Джигарханяна,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Аркадия Райкина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И последний цикл — «Метаморфозы».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Начиналось всё для художника очень негладко. Поступив четырнадцатилетним подростком в Ереванское художественное училище, Рудольф был исключён из него спустя несколько месяцев… за несогласие с принципами учебной программы. Через год отправился в Москву и Ленинград по музеям.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Свои работы впервые выставил в 18 лет на республиканской выставке в Армении. В 23 года был принят в Союз художников СССР. В конце семидесятых на отчёте группы республиканских художников в подмосковном доме творчества «Синеж» Хачатрян показал серию литографических работ с «открытыми формами». По свидетельству очевидца, искусствоведа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Михаила Лазарева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«строгая математическая логика построения, аскетическая чистота и замкнутость композиции на своей внутренней жизни произвела совершенно неожиданное, шокирующее впечатление на чиновников СХ СССР». Чудом удалось спасти работы и избежать исключения из Союза.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Трудные времена прошли к 1978 году, когда в залах СХ открылась первая персональная выставка художника в Москве, затем пошли другие выставки, в том числе и в Детройте — кстати, первая послевоенная выставка советского художника в Америке. Ему согласился позировать тяжело больной Аркадий Райкин. Столичная элита повалила толпой в мастерскую 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Потом уже всё неслось, как во сне. В 1987 году по заказу журнала «Тайм» Хачатрян пишет портрет Горбачёва. На следующий год ЦТ снимает документальный фильм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Автопортрет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 о жизни и творчестве художника. Первая поездка с женой в Лондон. Предлагали остаться там насовсем. Не смог. 3 сентября прошлого года у Рудольфа — обширный инфаркт миокарда, а спустя два месяца он начинает новую серию работ.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картины — для тех, кто считает просто блаженством вновь и вновь возвращаться к «Влюблённым», наслаждаться «Поцелуем» и хочет иметь точно такой же «Букет»…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Татьяна НЕМОЙКИНА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Pub-0195 · Татьяна Немойкина · 1993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https://rudolfart.com/publications/Pub-0195?lang=ru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Pub-0195 · Татьяна Немойкина · 1993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https://rudolfart.com/publications/Pub-0195?lang=ru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9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9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https://rudolfart.com/publications/Pub-0195?lang=ru</dc:subject>
  <dc:creator>python-docx</dc:creator>
  <cp:keywords>Rudolf Khachatryan; rudolfart.com</cp:keywords>
  <dc:description>Source: https://rudolfart.com/publications/Pub-0195?lang=ru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