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Заруи Аревшатян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На родине проездом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Республика Армения (Айастани Анрапетутюн) · 1995, 27 мая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РОДИНЕ ПРОЕЗДОМ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последняя выставка в Ереване была в 1989 году — благотворительная выставка в фонд беженцев. А после живой классик современной армянской живописи Рудольф Хачатрян уехал в Лондон. Эти шесть лет в туманном Альбионе оказались на редкость плодотворными — создано 800 произведений, ознаменовавших новый этап в творчестве художника. Точнее, синтез нового с предшествующим, как уточнил сам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1993 г. в Доме художника в Москве состоялась крупнейшая выставка, охватившая все периоды творчества — «Начало», «Открытые формы», «Минимализм», «Период двуединства» и др. Последний — «Метаморфозы», фактически нам не знаком. Но есть надежда, что в сентябре в Национальной картинной галерее у нас появится возможность встретиться, увидеть и восхититься старым-новым Рудольфом Хачатряном.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Находясь проездом в Ереване, Р. Хачатрян привез прекрасный каталог своих работ, изданный при финансовой поддержке концерна «Сотби».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ж, дождемся осени.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Заруи АРЕВШАТЯН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Pub-0201 · Заруи Аревшатян · 1995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Pub-0201 · Заруи Аревшатян · 1995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https://rudolfart.com/publications/Pub-0201?lang=ru</dc:subject>
  <dc:creator>python-docx</dc:creator>
  <cp:keywords>Rudolf Khachatryan; rudolfart.com</cp:keywords>
  <dc:description>Source: https://rudolfart.com/publications/Pub-0201?lang=ru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