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Прием в Эчмиадзине. Дар Аркадия Варданяна «Комитаса» каталикосу Гарегину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Республика Армения (Айастани Анрапетутюн) · 1995, 29 окт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ПРИЁМ В ПЕРВОПРЕСТОЛЬНОМ ЭЧМИАДЗИНЕ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23 мая Его Святейшество Гарегин I, Католикос всех армян, принял в Первопрестольном Святом Эчмиадзине президента московской фирмы «Империал» и Центра российско-армянских инициатив Аркадия Варданяна. Г-н Варданян рассказал Его Святейшеству о работе центра, а также заявил о готовности содействовать сближению армяно-российских отношений. На средства центра 400 социально необеспеченным студентам республики (в том числе и из Карабаха) выплачивается стипендия. Он поддерживает и семьи погибших в Карабахе. Тесная связь есть и с Арцахской епархией. Центр помогает нашим соотечественникам, временно живущим в Москве: устраиваются школы, ведётся лечение раненых бойцов. На средства центра издаётся и газета «Армянский вестник».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Святейшество высоко отозвался о работе Центра российско-армянских инициатив и поблагодарил гостей за начинания на благо нации.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государство стало государством, выражающим волю армянского народа, — сказал он. — Никто не придаст нам цены, если мы сами себя не оценим. Этот дом — наш дом, и каждая армянская организация должна способствовать укреплению нашей родины и государства.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Святейшество поделился впечатлениями от поездки в Арцах, подчеркнув, что следует поощрять возвращение армян на родину, перед лицом которой наш голос окрепнет ещё больше. В ходе беседы были затронуты также вопросы, касающиеся хозяйственных начинаний и гражданства Республики Армения. Его Святейшество выразил надежду, что первое его патриаршее посещение за пределами Армении будет в Москву.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В завершение Его Святейшеству было преподнесено одно из ценных полотен Рудольфа Хачатряна, изображающее Комитаса Вардапета.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Пресс-канцелярия Первопрестольного Святого Эчмиадзина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Pub-0202 · 1995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Pub-0202 · 1995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https://rudolfart.com/publications/Pub-0202?lang=ru</dc:subject>
  <dc:creator>python-docx</dc:creator>
  <cp:keywords>Rudolf Khachatryan; rudolfart.com</cp:keywords>
  <dc:description>Source: https://rudolfart.com/publications/Pub-0202?lang=ru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