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К. Амирханян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Рудольф Хачатрян - Многомерные объекты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Утро (Аравот) · 1997, 24 октября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«МНОГОМЕРНЫЕ ОБЪЕКТЫ» РУДОЛЬФА ХАЧАТРЯНА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Портретная живопись на протяжении веков меняла свой характер, перенося точку зрения с классической гармонии лица и души на индивидуальные выразительные средства, которые этой гармонии скорее лишены. Опыт культуры «разрыва», деформация ради чистой выразительности были призваны с наибольшей остротой выразить переживания художника. Подобной «изменчивости» характера подверглось и само творчество Рудольфа Хачатряна, чьи «многомерные объекты», ныне показанные в одном из залов Картинной галереи Армении, — совершенно новое художественное откровение, резко отличающееся от того, к чему публика уже успела привыкнуть (портретов, сохраняющих естественную убедительность восприятия). Лишь погрузившись в мир этих картин, сориентировавшись в их параллелях, можно понять, о чём они.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Художник не может всю жизнь искать свой стиль. Стиль, как характер, всё более уточняется, совершенствуется… Ваши «многомерные объекты» — это «пробы пера» или нечто завершённое?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— В смысле стиля эти холсты для меня не так уж новы. Нечто подобное я пробовал в 60-е годы: экспериментировал в пространстве с «открытыми формами», как это делал мой учитель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 Кочар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. Его «живопись в пространстве» потрясла меня новыми, непредсказуемыми возможностями. Однажды, когда маэстро показывал свои «объекты», он обратился ко мне: «Ты ещё вернёшься к этому, но своим путём». Вот уже тридцать лет я иду к «многомерным объектам» и пришёл к тому, что они перешли в трёхмерном мире в новое измерение.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 ваших картинах образ матери и младенца изображён так, что кажется, будто тела обоих сливаются друг с другом, превращаясь в двойной единый образ…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Мать и дитя как продолжение друг друга — это и есть моя формула человека, моя философия. Всю жизнь мы несём в себе детство. Ни время, ни обстоятельства не в силах убить в нас ребёнка. И не случайно природа устроила так, что, старея, человек начинает походить на ребёнка. Здесь мне хотелось бы провести параллели с армянской архитектурой. Вы замечали, например, по какой композиции построен храм Рипсиме? Сам по себе этот храм целен и завершён. Но пристроенная к нему позже маленькая, несколько несоразмерная колокольня не нарушила общего впечатления, а наоборот — придала постройке особое состояние завершённости. То же происходит и с работами: порой пластические контрасты сообщают им большую цельность, уравновешивая всё напряжение, [природно-творческий] порядок.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Надо полагать, этот контраст оправдан и тогда, когда появляются образы, соединяющие в себе мужское и женское начала.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Андрогинные образы несут в себе мифологические первоосновы. Если помните, согласно мифу, созданному воображением Платона, наши предки имели два лица, четыре руки и четыре ноги: они были андрогинами, то есть гермафродитами. Зевс, желая отомстить людям за непокорство и высокомерие, разделил их на две половины, и с тех пор одна половина обречена искать другую… В своих работах я соединил эти половины и создал свою новую мифологию, обратив её к нашему времени. Искусство — это и есть мифология. Его сила в том, чтобы сохранить оттенок мифологического слияния воображаемого и реального.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экспозиции можно увидеть и несколько медленно вращающихся скульптур. С пристальной [настойчивостью] они повторяют образы холстов, обретая скульптурную фактуру. Но при этом они существуют со своим самостоятельным, особым значением. За счёт чего это происходит?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Это зеркальные подобия, повторяющие друг друга контурами и плоскостью фигур и тем самым создающие четвёртое измерение. Для меня было неожиданностью, когда я вдруг обнаружил, что зеркальное соединение этих фигур образует в своей основе крест (ведь в основе всей нашей армянской архитектуры — крестообразность). Так появились вращающиеся фигуры, похожие на свастику, напоминающие знак вечности на древних армянских рельефах.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Есть ли в вашем творчестве, маэстро, что-нибудь, что вам не нравится?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Пока мне нравится всё, что у меня есть. Правда, не считая тех портретов, что я писал не по велению сердца, а по заказу. Обычно, если какая-то из работ мне не нравится, я сразу её уничтожаю. Так, в Лондоне, где я прожил около пяти лет, создавая свои «многомерные объекты», я уничтожил двести из тысячи. Потом, разглядывая слайды и фотографии, жалел о сделанном. Но, оказывается, для меня решающей бывает сиюминутная критика.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В день открытия выставки мне показалось, что были и люди, надеявшиеся увидеть ваши портреты реалистического периода, были и разочарованные… Наверное, прежние работы были доступны и любимы публикой…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— Ничего не поделаешь. Я никогда ничего не делаю просто так. Я изменчив — это тоже я. Всё, что относится к московскому реалистическому периоду, я израсходовал, исчерпал; всё, что я мог сказать естественной образностью, я уже сказал. Продолжать реалистические портреты значило бы походить на самого себя. Сегодня моя душа уже в других измерениях. У меня новые приёмы, и я с нетерпением жду, когда мои замыслы полностью осуществятся.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КАРИ АМИРХАНЯН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[Первая полоса номера, подпись к фотографии:] Работа РУДОЛЬФА ХАЧАТРЯНА. Стр. 7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Pub-0210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Pub-0210 · К. Амирханян · 1997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https://rudolfart.com/publications/Pub-0210?lang=ru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1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https://rudolfart.com/publications/Pub-0210?lang=ru</dc:subject>
  <dc:creator>python-docx</dc:creator>
  <cp:keywords>Rudolf Khachatryan; rudolfart.com</cp:keywords>
  <dc:description>Source: https://rudolfart.com/publications/Pub-0210?lang=ru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