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Я люблю свет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Армянский воин (Ай зинвор) · 1997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Гостиная «Ай зинвора»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ЛЮБЛЮ СВЕТ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Один из лучших художников нашего времени, Рудольф Хачатрян, снова на родине и представляет армянской общественности новые работы. Он охотно согласился побеседовать в гостиной «Ай зинвора».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 вашего прошлого приезда прошло немало времени. Какой вы нашли родину?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Стало больше улыбок и света.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Ваша выставка, несмотря на свой авангардистский характер и трудность для понимания, имела исключительный успех.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Поклонники моего искусства верят мне, они склонны не отвергать, а понимать.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Считаете ли вы себя последователем какой-либо художественной школы?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Я иду от множества источников, я сложился на основе созданной до меня культуры. Я происхожу от Пикассо, Арпа, Гаргальо — и продолжаюсь. И так же, как Пикассо и Брак принесли кубизм, Бретон — сюрреализм,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— живопись в пространстве, я тоже создал своё — многомерный объект. Это новое мифологическое мышление, искусство XXI 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 армянский художник. Сохранило ли ваше искусство национальный исток?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Конечно, и независимо от моей воли. Национальное — это мышление, это собственное ощущение соразмерности, своеобразная пластика. Национальное проявляется не в фольклорном подходе, а в пластике формул.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одной из бесед вы сказали, что достигли рубежа, на котором завершили свою миссию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создал «Формулу Человека», которая развивается, как сама природа. И непрерывно меняется в ходе этого движения. Моё искусство — синтетическое искусство, памятник архитектурной конструкции, включающий и скульптуру, и живопись, и графику. Непрерывно выковывая своё лицо, я нахожу его и утверждаю.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 вас было множество выставок. Какую вы цените выше всего?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выставлялся в очень авторитетных залах, рядом с великими художниками, к моему 60-летию — и в Третьяковке, но самое желанное и почётное для меня — выставляться на родине.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Кто ваш кумир как художника?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 меня его нет.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человек, сыгравший особую роль в вашей творческой жизни?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Кочар. В 14–15 лет он познакомил меня с интеллигенцией того времени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Папазяном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[Немсисяном], другими. Мой вкус сформировался в их среде.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вы любите писать?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рождался пять раз, моя творческая жизнь делится на пять десятилетий, пять этапов. Они отличаются друг от друга. Например, в ранний период я любил писать женщин.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Говорят, в жизни художников любовь играет большую роль.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Любовь становится побуждением к новому творчеству. Каждый раз я люблю по-новому. Мне нравится и быть увлечённым.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у вас неосуществлённая мечта?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Враги?..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Они помогают мне, дают силы и помешать не могут. Я сильный, и у меня нет к ним никакой злобы.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Нашли ли вы самое прекрасное?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женщина.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Если бы вам дали возможность выбора, в какую эпоху вы хотели бы жить?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несу в себе первобытного человека и всю цивилизацию. Я хотел бы жить в XXI веке.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одной из бесед вы сказали, что у нас замечательная молодёжь.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Понимающая, думающая, умеющая ценить молодёжь. Я хотел бы, чтобы мир был настолько гармоничен, чтобы нашим ребятам не приходилось защищать мир с оружием в руках. Но, увы. Наши 18–20-летние сыны Армении сегодня на границе. Сил и энергии им. Пусть всегда будут патриотами и победителями.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Какова самая характерная черта вашего нрава?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уважаю Человека. Никто не может сказать, что хоть одну минуту ждал меня. По секрету скажу: моя слабость — женщина.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Какой ваш цвет?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Свет. Свет — начало всех цветов. Я люблю начало.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люблю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Хачатрян. Автопортрет. 1983.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Pub-0211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Pub-0211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https://rudolfart.com/publications/Pub-0211?lang=ru</dc:subject>
  <dc:creator>python-docx</dc:creator>
  <cp:keywords>Rudolf Khachatryan; rudolfart.com</cp:keywords>
  <dc:description>Source: https://rudolfart.com/publications/Pub-0211?lang=ru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