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Вардуи Акопян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Самобытное мировосприятие художника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Нация (Азг) · 1997, 16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САМОБЫТНОЕ МИРОВОСПРИЯТИЕ ХУДОЖНИКА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снова в Ереване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Национальная картинная галерея вновь открыла свои двери перед ереванской публикой, любящей искусство. На этот раз поводом стала выставка, открытая к 60-летию талантливого графика, несравненного создателя двуединых образов Рудольфа Хачатряна; она охватывает работы художника последнего периода под общим названием «Многомерные объекты». Эти работы представляют своеобразный мир, где предмет рассматривается и в высоту, и в глубину, и в ширину. Время, нашедшее место в его искусстве, воспринимается как четвёртое измерение объекта.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остался верен вечной постижимости предмета как реальной формы и непрерывно развивал свои принципы приближения к этой форме.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Двуединый образ Рудольфа Хачатряна рождается как результат пластических и живописных решений. Затем он не только живёт по своим особым законам, но и развивает «сам себя», почти биологически. Художник продолжает искать — как сам он называет этот образ — «формулу человека», Адама, от которого произошло всё человечество.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Это один из подходов в изобразительном искусстве XX века. Основателем этого искусства считается талантливый художник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и, которое сегодня по-своему развитым представляет нам Рудольф Хачатрян, и считается единственным в своём роде духовным приёмным сыном кочаровских традиций.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Я очень рад, что эта выставка открывается в Армении, — говорит художник.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Его искусство высоко ценят не только на родине, но и в Москве, Лондоне и везде, где у него были персональные выставки.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ВАРДУИ АКОПЯН студентка V курса отделения журналистики ЕГУ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Pub-0212 · Вардуи Акопян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Pub-0212 · Вардуи Акопян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https://rudolfart.com/publications/Pub-0212?lang=ru</dc:subject>
  <dc:creator>python-docx</dc:creator>
  <cp:keywords>Rudolf Khachatryan; rudolfart.com</cp:keywords>
  <dc:description>Source: https://rudolfart.com/publications/Pub-0212?lang=ru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