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Ануш Трванц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Он не знает, что будет завтра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Республика Армения (Айастани Анрапетутюн) · 1997, 17 окт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Изобразительное искусство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НЕ ЗНАЕТ, ЧТО БУДЕТ ЗАВТРА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АНУШ ТРВАНЦ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Ещё в 1930-е годы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 Париже положил начало направлению своего искусства — «живописи в пространстве». Три соединённые друг с другом плоскости медленно вращались вокруг своей оси, а изображённые на плоскостях реалистические образы составляли основную часть произведения и при движении могли «переходить» с одной плоскости на другую. Спустя годы Кочар, показывая эти объекты своему ученику Рудольфу Хачатряну, сказал: «Ты придёшь к этому, но своим путём». Сегодня Рудольф Хачатрян — один из немногих, кто представляет Армению в европейском изобразительном искусстве, а на родине он известен не как последователь кочаровской «пространственной живописи». Мастер реалистического, преимущественно портретного искусства, воспитавший своим искусством эстетический вкус нескольких поколений, сегодня, однако, предстаёт перед этим поколением и перед современным любителем искусства с новой живописью, которая, по его словам, называется многомерными объектами. В самом начале выставки, открытой к 60-летию в Национальной галерее, Рудольф Хачатрян сказал, что выставка даст повод для споров: «Вы знаете меня по моему реалистическому искусству. Но живопись — это „тело“, переживающее биологическое развитие, и трудно сказать, что будет потом. Я не знаю, что будет завтра. Казалось, что в своём искусстве я дошёл до последней черты, но на днях снова родилась идея. Значит, у живописи ещё есть продолжение, а значит, мы ещё встретимся». Живописец, пятнадцать лет живущий за пределами республики, имел множество выставок в Москве и многих европейских городах. В основе его живописи — человек и его бунт. В абстрактной живописи, начатой в начале 90-х, тоже господствует человек, и каждый раз «показывается» двуединый образ человека. Представляя два состояния одного человека в открытом пространстве с помощью кочаровского приёма, Рудольф Хачатрян обеспечивает каждому из них «биологическое развитие». По своему роду эти произведения — скульптуры, но в их создании участвуют живопись и рисунок. Но кроме скульптуры-живописи-рисунка — многомерного объекта — он создаёт абстрактные образы и на холсте. В них изображения тоже в нескольких измерениях подчёркивают свой внутренний смысл. Искусствовед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Абрамян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«нащупывая» национальный исток произведений Рудольфа Хачатряна, провёл такое сравнение: «В храме Гарни ступени имеют такую огромную высоту, будто когда-то к [уменьшенному] храму поднимались непостижимые великаны. Но эта несоразмерность необходима для общей гармонии, только тогда храм становится архитектурно цельным. Или к храму Рипсиме позднее пристраивается маленькая, несоразмерная колокольня, которая гармонично сливается с единой архитектурной композицией и более того — придаёт ей монументальность (этот пример часто приводит Рудольф Хачатрян). Может быть, Рудольф Хачатрян своим искусством воплотил неутомимое восхищение шедеврами архитектуры своего народа?»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смотреть таким взглядом на искусство Рудольфа Хачатряна, созданное в пространстве, в нём действительно есть глубокий и прочный слой национального духа, особенно там, где в пространственной живописи он следовал одному из подвижников армянского искусства. Однако в целом искусство Рудольфа Хачатряна, созданное в начале 90-х, открывает перед нами новый мир современного изобразительного искусства — мир, который принадлежит только ему и который своими «говорящими» с миром чертами [свободно] «вписывается» в современное искусство.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Pub-0213 · Ануш Трванц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Pub-0213 · Ануш Трванц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https://rudolfart.com/publications/Pub-0213?lang=ru</dc:subject>
  <dc:creator>python-docx</dc:creator>
  <cp:keywords>Rudolf Khachatryan; rudolfart.com</cp:keywords>
  <dc:description>Source: https://rudolfart.com/publications/Pub-0213?lang=ru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