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B. Iddings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The Art of Russia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Muskegon Chronicle · 1997, 12окт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скульптора прошли путь от реализма к кубизму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Билл Иддингс, ШТАТНЫЙ КОРРЕСПОНДЕНТ CHRONICLE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МОСКВА, Россия. — Эту скульптуру, говорит гостю художник Рудольф Хачатрян, он повторит заново, чтобы поставить её в самом центре Еревана, столицы его родины —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Скульптура высотой то ли в три, то ли в четыре фута, поставленная на пьедестал, по просьбе мэра Еревана будет увеличена до десяти метров.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это свойственно трёхмерным скульптурам, на которых Хачатрян сейчас сосредоточен, главные образы этой работы из раскрашенного дерева — ступни. Общее впечатление напоминает Пабло Пикассо.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главной комнате просторной многокомнатной квартиры-мастерской Хачатряна скульптор окружён собственным искусством. Некоторые вещи из раскрашенного дерева вращаются на поворотных кругах, что придаёт им четвёртое измерение и создаёт оптические иллюзии.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Многие из скульптур будут показаны в этом месяце на выставке в 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 утро, когда за большим окном его многокомнатной квартиры-мастерской разворачивается панорама окрестностей, Хачатрян — художник в роли хозяина.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Вскоре после десяти утра Хачатрян — как в 1976 году для другого гостя, американского писателя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Уильяма Сарояна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(«Он был высокий, прямой и очень обаятельный»), — наливает армянский коньяк нынешнему своему гостю, американскому журналисту.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говорит, что они с Сарояном осушили целую бутылку коньяка, пока он писал портрет Сарояна. К полудню почерк этого журналиста портится до едва разборчивого.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Хачатрян, о котором известный критик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Дмитрий Сарабьянов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заметил: «Хачатрян принадлежит миру собственного воображения», — накрыл большой стол с армянским виноградом, яблоками, грушами и персиками.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Уроженец Армении, с 1971 года живущий в Москве, Хачатрян в 1985 году провёл месяц в Детройте, где выставлялись его работы. Эта выставка сделала Хачатряна первым русским, у которого прошла персональная выставка в Соединённых Штатах после окончания холодной войны. И вот Хачатряна спрашивают: что вы думали о середине 1980-х в Детройте и в Америке?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«Это было хорошее время для такого нереалистического искусства», — говорит Хачатрян, отмечая, что его выставку показывало на всю страну американское телевидение. Ему, по его словам, понравился интернациональный дух Детройта — «по сравнению с Европой», и «конечно, там свободнее, не так националистично... Независимость и свобода очень важны, но у этого две стороны, как у всего в вашей жизни».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скульптур Хачатряна, разумеется, больше двух сторон — как и у его пути. К шестидесяти годам Хачатрян прошёл через пять периодов. Он начинал с портретов в духе Возрождения, и вы могли видеть его реализм, не догадываясь об этом: в 1987 году журнал Time заказал Хачатряну портрет для обложки — тогдашнего президента России Михаила Горбачёва.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Такие работы далеки от сегодняшнего Хачатряна, от его периода суперреализма. Сарабьянов пишет о Хачатряне, что тот «овладевает реальностью», «поддаваясь ей и в то же время отзываясь на её ритм и следуя властным линиям своего роста». Мир Хачатряна фантасмагоричен, говорит Сарабьянов, он «не скован обыденным и очевидным».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периодов, среди которых были реализм, сюрреализм и кубизм, Хачатрян говорит гостю, что находится теперь в своей «Лондонской метаморфозе», возвращаясь к влияниям юности и к своему сюрреалистическому периоду.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дарит американскому гостю три издания своих работ. Каждое он надписывает: одно — «С самыми тёплыми пожеланиями», другое — «Из глубины моей души».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хотя общего у журналиста с Сарояном в сущности лишь то, что оба работают одним и тем же алфавитом, — ещё один, последний тост с армянским коньяком.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Pub-0216 · B. Iddings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Pub-0216 · B. Iddings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https://rudolfart.com/publications/Pub-0216?lang=ru</dc:subject>
  <dc:creator>python-docx</dc:creator>
  <cp:keywords>Rudolf Khachatryan; rudolfart.com</cp:keywords>
  <dc:description>Source: https://rudolfart.com/publications/Pub-0216?lang=ru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