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Инесса Родионова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Многомерный объект Рудольфа Хачатряна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Независимая газета · 1997, 12 марта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Многомерный объект Рудольфа Хачатряна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 шестидесятилетию народного художника Армении Рудольфа Хачатряна открылась его выставка в Третьяковской галерее (Лаврушинский переулок). Так называемая «открытая форма» Хачатряна — человеческие образы с отверстиями-выходами в пространство («Пьета», 1989). Серия «Метаморфозы» — мир, где живут странные, полуфантастические, но все же земные существа, мир, который возникает на уровне подсознания: вот почему художник часто рисует «спящих», «блаженных», то есть человека в пограничном состоянии — между реальным и ирреальным.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Художника интересует вечное двуединство: мужчина и женщина, мать и ребенок, семья — одна нога или рука на двоих, фигуры вплетены друг в друга. «Адам и Ева» — это и две фигуры, и одна, у них общее чрево. Это рельеф из многослойного белого картона — его отличает абсолютная белизна, чистота и лаконизм линий. Для Хачатряна священно все — сухой цветок, жестяная посуда, лицо человека, священна сама жизнь, какие бы причудливые формы она ни принимала под его взглядом.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Любому творцу всегда дороже всего его последнее создание. Для Хачатряна сегодня важнее всего «Многомерный объект» (так он назвал свою юбилейную выставку). Многомерные объекты — архитектурно-пластические композиции из раскрашенного дерева: барельеф вышел из холста в пространство.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Инесса РОДИОНОВА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Pub-0218 · Инесса Родионова · 1997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https://rudolfart.com/publications/Pub-0218?lang=ru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Pub-0218 · Инесса Родионова · 1997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https://rudolfart.com/publications/Pub-0218?lang=ru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18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18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https://rudolfart.com/publications/Pub-0218?lang=ru</dc:subject>
  <dc:creator>python-docx</dc:creator>
  <cp:keywords>Rudolf Khachatryan; rudolfart.com</cp:keywords>
  <dc:description>Source: https://rudolfart.com/publications/Pub-0218?lang=ru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