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Указ о присвоении ордена Дружбы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Культура · 1997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Высокие награды и звания России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За заслуги перед государством, большой вклад в укрепление дружбы и сотрудничества между народами, многолетнюю плодотворную деятельность в области культуры и искусства награждены: Орденом Дружбы Осоцкий Валентин Дмитриевич – писатель, город Москва, Сергеев Владимир Михайлович – художественный руководитель хоровой капеллы города Вологды, </w:t>
      </w:r>
      <w:r>
        <w:rPr>
          <w:rFonts w:ascii="Times New Roman" w:hAnsi="Times New Roman" w:eastAsia="Times New Roman" w:cs="Times New Roman"/>
          <w:b/>
          <w:i w:val="0"/>
          <w:sz w:val="24"/>
        </w:rPr>
        <w:t>Хачатрян Рудольф Лорисович – художник, город Москва,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Чугунов Юрий Николаевич – композитор, город Москва.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Pub-0220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Pub-0220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https://rudolfart.com/publications/Pub-0220?lang=ru</dc:subject>
  <dc:creator>python-docx</dc:creator>
  <cp:keywords>Rudolf Khachatryan; rudolfart.com</cp:keywords>
  <dc:description>Source: https://rudolfart.com/publications/Pub-0220?lang=ru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