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В. Сантрян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Немецкий искусствовед считает Рудольфа Хачатряна одним из выдающихся художников XX века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Нация (Азг) · 1998, 5 мая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Немецкий искусствовед считает Рудольфа Хачатряна одним из выдающихся художников XX века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Немецкая культурная организация (PAC Peoples Art Company) заключила с армянским художником Рудольфом Хачатряном предварительный договор об организации выставки его произведений в Германии и других странах европейского сотрудничества.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письме, направленном Рудольфу Хачатряну, её директор Генрих Кеглер, в частности, пишет: «Ваше творчество — уникальное явление, значение которого можно сопоставить с деятельностью выдающихся художников XX века».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Договор, заключённый немецкой организацией, и письмо её директора по просьбе корреспондента «Арменпресс» комментирует известный искусствовед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Генрих Игитян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Армянское изобразительное искусство во все времена давало великих мастеров. Даже в самый тяжёлый период, в самые трудные годы, когда у нас не было даже государственности, жил и творил такой гений, как Акоп Овнатанян. Не говорю уже о наших гениальных миниатюристах, известных на весь мир. Если сегодня мир не знает их, это следует объяснять лишь несчастьем малочисленности нашего народа и тем, что в этом есть наша вина.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Очень печально, что даже величайшие армянские художники — такие, как, скажем,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Александр Бажбеук-Меликян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,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 Кочар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,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Мартирос Сарьян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, Якулов — не имели возможности выйти в большой мир. Целая группа наших лучших художников ушла из жизни, так и не представ перед миром: Минас,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Вруйр Галстян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Ашот Ованнисян. Мир их не знает. В лучшем случае они стали известны в диаспоре. Это очень мало — всего лишь малая половина мира.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Это печально, потому что наши художники достойны всеобщего признания: сегодня единственное поприще, на котором мы можем спокойно выйти в мировую культуру (конечно, не считая нескольких случаев в кино —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Параджанов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Пелешян, — в музыке — Арам Хачатурян, Тертерян), — это армянское изобразительное искусство.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[В этом смысле] меня очень радуют последние выставки Рудольфа Хачатряна, на одной из которых мне посчастливилось присутствовать, выступить со вступительным словом и вести открытие — в мае в Москве, в Третьяковской галерее. Кто удостаивался такого счастья? В великолепном зале.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Далее. Люди привыкли к стереотипу. Все приняли Рудольфа Хачатряна как художника, который может, скажем, сесть и написать тщательный портрет. Я это знаю: он усадил меня и писал ровно месяц — каждый штрих, каждый волосок и капилляр. То есть Хачатрян сумел выступить в новом облике, с новыми качествами, сказав слово, гораздо более созвучное нынешнему времени. Он в любой момент может вернуться к своей классической живописи.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Чтобы быть свободным, человек должен быть очень сильным, очень талантливым. Рудольф свободен. Пикассо однажды просыпался и писал натуралистический портрет, а на следующий же день — не годы спустя — писал совершенно деформированный портрет. Свободный человек. Это не эклектика, это свобода.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Так что мы должны приветствовать то, что Рудольф Хачатрян то, о чём думает уже столько лет, выводит, грубо говоря, на широкие площади, выносит искусство на улицу. То, чего не смог сделать его любимый мастер, любимый учитель Ерванд Кочар, создавший живопись в пространстве, должен осуществить Рудольф Хачатрян — достойный ученик Кочара.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ВАНИК САНТРЯН корреспондент «Арменпресс», специально для «Азга»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Pub-0221 · В. Сантрян · 1998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https://rudolfart.com/publications/Pub-0221?lang=ru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Pub-0221 · В. Сантрян · 1998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https://rudolfart.com/publications/Pub-0221?lang=ru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21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21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https://rudolfart.com/publications/Pub-0221?lang=ru</dc:subject>
  <dc:creator>python-docx</dc:creator>
  <cp:keywords>Rudolf Khachatryan; rudolfart.com</cp:keywords>
  <dc:description>Source: https://rudolfart.com/publications/Pub-0221?lang=ru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