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Екатерина Дробязко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Рифма метафоры с фуэте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Новое время · 2002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Ряд волшебных изменений андрогина, рождённого Рудольфом Хачатряном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Екатерина Дробязко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Придуманный фирменный знак — узнаваемая рифма. К слову, если манёвр многажды повторять, даже в новой ритмике он будет угадываться, этот собственный «рерайтинг», который в некоторых случаях ведёт к успеху.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Допустим, балерина Л. хорошо исполняет фуэте и знает об этом козыре. В своём регулярном танце она исполняет его на бис.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Фигурист Я. каким-то особенным образом делает свою «коронку» — пробежку по льду, и ради этого момента, может быть, и существует весь его сногсшибательный номер.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Писатель П. знает, что успех книги, в том числе и коммерческий, зависит от его умения найти несколько ключевых метафор. Они превратятся в слоганы, их станут тиражировать пиар-агенты издательства. И он, долго думая, придумывает ход, многократно его сканируя, полумерами не грешит.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 политиках можно не говорить — по имиджу и почёт.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Рифма же Создателя — божественная печать.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Эксплуатацию трюка хочется называть ремесленничеством, а можно — постоянной работой над собой. Бесконечный паззл творчества, поиск нового в уже освоенном пространстве. Так бывает? Так бывает у художника Рудольфа Хачатряна, рифмующего метафоры с фуэте.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его работе с холстами, маслом, левкасом наблюдаются два мейнстрима: изображение мира реальных людей и вещей и представление нам мира мифологического.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жизни Рудольфа Хачатряна были самостоятельность выбора, принципиальность и как следствие её — исключение из художественного училища, встречи с гениальными, известными и равновеликими, опыт превращения из «художника Армении» (республиканская выставка) в «выдающегося русского художника ХХ столетия» (выставка в Лондоне).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мире реальном нарисованная карандашом ткань («Драпировка» 1 и 2, 1952 год) выглядит живой, приклеенной на бумагу. Тонкие, нежные портреты отсылают к Ренессансу и большим голландцам.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мире мифологем Хачатряна — многомерные объекты. Женщина — ребёнок, мужчина — женщина, мужчина — ребёнок могут быть одним и тем же состоянием человека в разное время жизни (или, чтобы облегчить ему жизнь, назовём его андрогином).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Ашуги от искусствоведения всерьёз изучают «параллельности» Хачатряна и восторгаются философией авторского разговора с рельефными формами.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Нанизанные друг на друга головы, ноги, руки, тела — то ли свальный грех, то ли модель Вселенной. Нарисованные, вырезанные из дерева и раскрашенные, статичные и вертящиеся вокруг своей оси — совершенству, как мы знаем, нет предела, и художник будет лепить свой параллельный мир, повторяясь и рифмуя излюбленные приёмы.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ретроспективе работ Рудольфа Хачатряна в Академии художеств можно было увидеть «ряд волшебных изменений милого лица» (головы, ноги, руки, тела) андрогина, организовавшего вокруг себя пространство, в котором однажды рождённое постоянно самоцитируется, но отчего-то не исчезает.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Подпись под иллюстрацией: МЕТАФОРЫ. Многомерный объект № 3. 1996 год.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Pub-0223 · Екатерина Дробязко · 2002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https://rudolfart.com/publications/Pub-0223?lang=ru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Pub-0223 · Екатерина Дробязко · 2002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https://rudolfart.com/publications/Pub-0223?lang=ru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3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3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https://rudolfart.com/publications/Pub-0223?lang=ru</dc:subject>
  <dc:creator>python-docx</dc:creator>
  <cp:keywords>Rudolf Khachatryan; rudolfart.com</cp:keywords>
  <dc:description>Source: https://rudolfart.com/publications/Pub-0223?lang=ru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