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Информац.бюллетень РАХ №7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Информационный бюллетень Российской академии художеств · 2002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 произведений Рудольфа Хачатряна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 апреля в залах Академии была открыта персональная выставка произведений народного художника Армении Рудольфа Хачатряна, включающая более 300 произведений и отражающая основные этапы творческого развития. Она была приурочена к 65-летию со дня рождения художника. Неповторимость экспозиции определялась самобытностью работ и творческой натуры мастера, идущего с первых шагов в искусстве своим путём, отстаивающего на деле принцип подлинной художественной свободы и сумевшего в хаосе нынешнего арт-рынка сохранить верность своему оригинальному дарованию.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Р. Хачатрян родился в 1937 году в Ереване. Достаточно рано он сошёл с традиционной стези официальной карьеры и по счастливому стечению обстоятельств познакомился в 1952 году с репрессированным выдающимся художником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Ервандом 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Общение с Кочаром и его дружеским окружением, представляющим цвет армянской интеллигенции, стало для юноши духовной и профессиональной академией, академией универсального просвещения и всестороннего образования. Практическим итогом обучения в ней явилось кратковременное увлечение кубизмом, сюрреализмом и другими направлениями западной живописи ХХ века — «Портрет девушки», «Восточная любовь», «Материнство», «Человек и бык».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Эти и другие работы определили непродолжительное приобщение Хачатряна к кругу наиболее талантливых мастеров Армении 1960-х годов, таких, как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Минас Аветисян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Мартин Петросян и другие. Однако, не желая быть приписанным к какой-либо художественной группировке, он возвращается на одному лишь ему предназначенную дорогу в искусстве и целиком посвящает себя рисунку, стремясь обрести и выразить в нём свой ни на кого не похожий стиль, манеру, а позднее и технику исполнения, своё творческое лицо.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1970—1980-е годы создаётся серия самых известных рисунков Хачатряна, составивших ему всесоюзное, а вскоре и международное имя и славу. Это в основном портреты — «Женский портрет», «Женщина в чалме», «Караван-баши»,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 Инны Олевской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», «Портрет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Аркадия Райкина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 и др., автопортреты, натюрморты —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Натюрморт с зеркалом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Цветы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пейзажи и библейские образы — «Юдифь»,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Давид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Вызываемые ими ассоциации с творениями мастеров итальянского и Северного Возрождения — не дань модному в то время ретроспективизму, а стремление возвратить станковому рисунку статус самоценного произведения, способного украсить любое музейное и частное собрание.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Здесь Хачатряну принадлежало бесспорное лидерство, имея в виду высочайший художественный уровень, безукоризненное мастерство и самобытную стилевую выразительность его работ.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Простым любителям, коллекционерам и даже профессиональным искусствоведам, полюбившим подобные произведения, было трудно смириться с переходом мастера с конца 1980-х — начала 1990-х годов к новым циклам — «Двойное состояние», «Двуединство», «Проявление образа» и им последующим, а зачастую одновременно развивающимся, — и уйти вслед за автором в иные, не столь ясные и классически прекрасные сферы, туда, где царит не радость и красота окружающей жизни, а смысловая полифония и тяготеющая к абстракции метафорическая условность формальных решений, не сводимые к однозначному толкованию.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большинстве из них прослеживается одна главная тенденция, приведшая Хачатряна к многомерным объектам, определяющим ныне основную цель его замыслов. К объектам, которые, по убеждению мастера, являются синтетическим итогом его прежних художественных обретений и началом новых открытий, выводящих его искусство за границы традиционных жанровых и видовых ограничений.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«Герои» многомерных объектов, обозначенных, как правило, порядковыми номерами, далеки от восходящих к античности идеалов прекрасного душой и телом человека. Эти многорукие, многоногие, в общем, многочленные существа могут по-разному собираться, разбираться и вращаться в пространстве перед зрителем в различных, чётко не зафиксированных ракурсах.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Им присущ дух большой игры, но в ещё большей мере процесс их созидания схож с индивидуальным мифотворчеством и актом сотворения особого мира, обладающего правом на независимую от их создателя жизнь и не исчерпывающегося даже самым талантливым искусствоведческим или философским анализом.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Произведения Рудольфа Хачатряна, лауреата различных отечественных и международных премий, чьи персональные выставки с успехом прошли в нашей стране и за рубежом, украшают многие музейные и частные собрания России и других государств.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Примечание архива: тот же текст Григора Григоряна напечатан в газете «Ноев ковчег» (Москва) в мае 2002 года — Pub-0226, где он дан наиболее полно, — и в журнале «ИнтерВиза», 2002, № 4 — Pub-0225.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Pub-0228 · 2002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Pub-0228 · 2002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https://rudolfart.com/publications/Pub-0228?lang=ru</dc:subject>
  <dc:creator>python-docx</dc:creator>
  <cp:keywords>Rudolf Khachatryan; rudolfart.com</cp:keywords>
  <dc:description>Source: https://rudolfart.com/publications/Pub-0228?lang=ru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