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Представление человечества. Коллекция произведений искусства Отделения Организации Объединённых Наций в Женеве.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Организация Объединённых Наций, Отделение в Женеве · 2001 · Перевод с французского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 «Единство» 1992 Холст, масло 180 × 216 см Подписано Дар правительства Армении, 1995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Рудольф Хачатрян (род. в 1937) начал рисовать с самого раннего возраста и был учеником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Ерванда Кочара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знаменитого армянского живописца и скульптора.[16] Он обратился к портрету и натюрморту, изучая связь между сущностью вещей и хрупкостью их внешнего облика. В своих портретах, исполненных поэзии, он стремится выявить и уловить личность модели, а его стиль напоминает рисунки Леонардо да Винчи. В 60-е годы Хачатрян входил в число молодых художников, которые хотели, чтобы армянское искусство освободилось от влияния социалистического реализма и пошло своим путём. Постепенно его живопись становилась всё более абстрактной. «Единство» представляет собой сплетение рук и ног; эта композиция основана на изучении анатомии человека и подвижности. Все руки и ноги пробиты овальным отверстием, словно они больше не принадлежат человеческому телу. Это полотно входит в серию подобных работ, восходящих к тому, что художник называет своим периодом «Junction».[17] Оно навеяно символом вечности, хорошо известным в армянском искусстве. Стиль Хачатряна, неотделимый от армянской культуры, исходит из представления о том, что искусство — плод постоянного, нередко заглушаемого наблюдения.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Pub-0229-а · 2001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https://rudolfart.com/publications/Pub-0229-%D0%B0?lang=ru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Pub-0229-а · 2001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https://rudolfart.com/publications/Pub-0229-%D0%B0?lang=ru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29-%D0%B0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29-%D0%B0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https://rudolfart.com/publications/Pub-0229-%D0%B0?lang=ru</dc:subject>
  <dc:creator>python-docx</dc:creator>
  <cp:keywords>Rudolf Khachatryan; rudolfart.com</cp:keywords>
  <dc:description>Source: https://rudolfart.com/publications/Pub-0229-%D0%B0?lang=ru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