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Валерий Турчин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20 век в зеркале коллекции московского музея современного искусства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Художник и книга · 2003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Путь к многомерным объектам у 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Оставив в стороне тонкие карандашные штудии натуры, Рудольф Хачатрян свой аналитический ум художника направил на исследование плоскости, способов размещения форм на ней и попытки оторвать эти формы от несущей их основы, с тем, чтобы они зависали в воздухе, не теряя своей органической, только им присущей конструкции. Мастер ищет и находит свои формулы пространства-жизни, то вспарывая плоскость щелью, то надвигая контрастные формы друг на друга.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суровым лаконизмом, в излюбленной черно-белой манере, он с точностью хирурга и фанатизмом художника-творца, в чем-то продолжающего традицию Леонардо да Винчи, желает узнать и продемонстрировать зрителю свое открытие: закон жизненной активности, казалось бы, абстрактных масс и плоскостей – знаков нового бытия, скрытого от реальности под покровом вещей и явлений. Чем более они абстрактны, тем сильнее в них сила упругости, некой жизненности. Всегда ощутима ось, вокруг которой эти силы жизни группируются. Благодаря этому многие объекты Хачатряна не только можно, но и нужно осматривать со всех сторон. Некоторые из них и сами начинают вращаться, напоминая астероиды, плывущие к нам из неведомой бездны мирового океана. В этом ощутимо прикосновение к тайне…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Подписи к иллюстрациям: 466. Рудольф Хачатрян. Многомерный объект № 47. Пространственная композиция. 2002. Смешанная техника 467. Рудольф Хачатрян. Две фигуры. № 5. 1998. Холст, акрил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Pub-0232 · Валерий Турчин · 2003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Pub-0232 · Валерий Турчин · 2003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https://rudolfart.com/publications/Pub-0232?lang=ru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3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https://rudolfart.com/publications/Pub-0232?lang=ru</dc:subject>
  <dc:creator>python-docx</dc:creator>
  <cp:keywords>Rudolf Khachatryan; rudolfart.com</cp:keywords>
  <dc:description>Source: https://rudolfart.com/publications/Pub-0232?lang=ru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