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Многомерный объект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Галерея · 2004, №11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МНОГОМЕРНЫЙ ОБЪЕКТ Рудольф ХАЧАТРЯН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Петровка, 25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создал целую вселенную, живущую по собственным законам, логика и математическая точность которых привлекает к ней философов и математиков. В годы спора физиков и лириков точкой примирения их позиций стало убеждение, что точная математическая формула ещё и красива. Эстетическая концепция Хачатряна математически совершенна, и это придаёт его искусству космический масштаб.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включает в себя новую серию работ, объединённых в пластическую триаду: «объект — скульптура», «объект — живопись в пространстве» и «объект — открытая форма».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открыта до 8 ноября с 12.00 до 20.00 часов ежедневно, кроме вторника.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 к иллюстрации: Из серии объектов «Открытая форма». Сталь. 2002.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Pub-0240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Pub-0240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https://rudolfart.com/publications/Pub-0240?lang=ru</dc:subject>
  <dc:creator>python-docx</dc:creator>
  <cp:keywords>Rudolf Khachatryan; rudolfart.com</cp:keywords>
  <dc:description>Source: https://rudolfart.com/publications/Pub-0240?lang=ru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