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Метаморфозы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Ваш досуг · 2004, июнь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Метаморфозы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Лондонские рисунки 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Несмотря на известность художника, к созерцанию его работ публику надо готовить. В «Новом Эрмитаже» — генеральная репетиция масштабной выставки работ Рудольфа Хачатряна, которая должна открыться осенью. В начале 1960-х его работами заинтересовались такие известные коллекционеры, как А. Чудновский, А. Кадемьян-Аполлон, Г. Бунатян и другие, в 1970-е графику Хачатряна охотно приобретала Третьяковка. В 1980 году его работы появились на выставке «Выдающиеся русские художники двадцатого столетия» в лондонской Hermitage Gallery. С 1989 по 1993 год Рудольф Хачатрян жил и работал в Лондоне. Рисунки этого периода представлены на выставке в «Новом Эрмитаже».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Хачатрян. «Новый Эрмитаж». «Арбатская». Ул. Спиридоновка, 4, стр. 1. 290-13-84. До 12 июля.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Pub-0242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Pub-0242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https://rudolfart.com/publications/Pub-0242?lang=ru</dc:subject>
  <dc:creator>python-docx</dc:creator>
  <cp:keywords>Rudolf Khachatryan; rudolfart.com</cp:keywords>
  <dc:description>Source: https://rudolfart.com/publications/Pub-0242?lang=ru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