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Хачатрян-многомерный объект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PLUS · 2004, 15 октября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Галерея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Московский музей современного искусства Российская академия художеств представляют: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МНОГОМЕРНЫЙ ОБЪЕКТ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Произведения живого классика современного искусства Рудольфа Хачатряна широко известны в России и за рубежом. Академик Российской академии художеств, почетный академик и лауреат нескольких зарубежных художественных институций, он продолжает развиваться и удивлять публику все новыми неожиданными метаморфозами своего творчества.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Хачатрян-художник прожил в советское время, разительно отличаясь от представителей соцреалистической школы официального искусства, но и не входя ни в одну из нонконформистских группировок: его не интересовала борьба идеологий - только искусство и поиски собственного стиля. Художник создал целую вселенную, живущую по собственным законам, логика и математическая точность которых привлекает к ней философов и математиков. В годы спора физиков и лириков точкой примирения их позиций стало убеждение, что точная математическая формула еще и красива. Эстетическая концепция Хачатряна математически совершенна, и это придает его искусству космический масштаб. Выставка включает в себя новую серию работ, объединенных в пластическую триаду: «объект-скульптура», «объект-живопись в пространстве» и «объект - открытая форма».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Рудольф Хачатрян вошел в искусство в начале 1950-х годов, в самый разгар советских времен. Уже тогда творчество художника соединило в себе реминисценции древнего армянского искусства, монументальное благородство средневековой церковной архитектуры, орнаментику резных камней хачкаров. Его графические работы звучали как эхо наследия великих рисовальщиков Ренессанса. С другой стороны, произведения Рудольфа Хачатряна наследовали мировой модернистской традиции искусства XX века, традиции Пикассо и Арпа,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первых абстракционистов. Аура причастности к мировой художественной культуре создала вокруг творчества Хачатряна поле тяготения со стороны британских, французских, американских критиков и коллекционеров.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Открытие выставки: 20 октября 2004 г. в 17.00, Московский музей современного искусства, ул. Петровка, 25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Pub-0243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Pub-0243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https://rudolfart.com/publications/Pub-0243?lang=ru</dc:subject>
  <dc:creator>python-docx</dc:creator>
  <cp:keywords>Rudolf Khachatryan; rudolfart.com</cp:keywords>
  <dc:description>Source: https://rudolfart.com/publications/Pub-0243?lang=ru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