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Искусство вечно,жизнь - коротка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Эфир · 23 августа 2007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Ars longa, vita brevis... Искусство вечно, жизнь — коротка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Современное изобразительное искусство понесло тяжёлую утрату. Ушли из жизни великие армянские мастера — Эдуард Исабекян и Рудольф Хачатрян, славные имена которых известны далеко за пределами Родины.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Народный художник Армении, лауреат государственных премий и наград, профессор Эдвард Исабекян скончался 20 августа в своём доме, в Аштараке, на 93-м году жизни, после длительной и тяжёлой болезни. Он был подлинным классиком армянской живописи и всегда пользовался заслуженной славой и почётом.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Родился Эдвард Исабекян в городе Игдир Западной Армении 8 ноября 1914 года. В 1941 году окончил отделение живописи Тбилисской Академии художеств. Его работы заняли своё почётное место в разных музеях Армении и за границей, а также в частных коллекциях.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является автором монументальной живописи с динамической композицией и гражданским, патриотическим звучанием, среди которых — «Портрет Акселя Бакунца» (см. фото), «Ответ Язкерту», 1960, «Смерть Артавазда», 1966; иллюстрации к романам Дереника Демирчяна «Вардананк», 1952 и Серо Ханзадяна «Мхитар Спарапет», 1963; «Хндзореск», 1962; «В Татевском ущелье», 1959, и др.). С 1945 г. он преподавал в Ереванском художественно-театральном институте.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последние годы художник был лишён возможности рисовать из-за потери зрения. С 1967 по 1986 гг., в течение 19 лет, являлся бессменным директором Картинной галереи, был одним из основоположников Ереванского художественного института, профессором, Народным художником Республики Армения, лауреатом Государственной премии.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к иллюстрации: Эдвард Исабекян — обладатель почётного титула рыцаря «Бриллиантового Арарата» и медали Месропа Маштоца, Почётный гражданин Еревана.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Народный художник Армении Рудольф Хачатрян скончался в Германии на 71-м году жизни 17 августа. Всемирно известный живописец, график и скульптор перенёс операцию на сердце, после чего у него начались осложнения.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Ереване. У него было трудное детство, однако, врождённый талант позволил преодолеть все преграды, озарить глаза людей открыть им светлый путь. С 1971 г. художник жил в Москве. Творил в области графики и живописи, писал портреты, натюрморты, пейзажи.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член-корреспондент Российской академии художеств. Он оставил глубокий творческий след в изобразительном искусстве. Наибольшую известность Хачатряну принесли оригинальные коллажи, проникнутые горячей любовью к своей родине пейзажи, а также уникальная портретная галерея людей творческих профессий, в своё время записывавшихся в очередь, чтобы попасть в галерею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Рудольф Хачатрян известен и как скульптор. Он говорил, что в его в жизни был всего один Мастер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и считал себя продолжателем дела Мастера. Он жил в Москве, однако каждый год приезжал в Армению. Во время последнего посещения сказал, что хочет вернуться и остаток жизни прожить на родине. Но, к сожалению, не успел.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Pub-0246-а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https://rudolfart.com/publications/Pub-0246-%D0%B0?lang=ru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Pub-0246-а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https://rudolfart.com/publications/Pub-0246-%D0%B0?lang=ru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6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6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https://rudolfart.com/publications/Pub-0246-%D0%B0?lang=ru</dc:subject>
  <dc:creator>python-docx</dc:creator>
  <cp:keywords>Rudolf Khachatryan; rudolfart.com</cp:keywords>
  <dc:description>Source: https://rudolfart.com/publications/Pub-0246-%D0%B0?lang=ru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