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Феномен его искусства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Армении (Айреники дзайн) · 21 августа 2007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71-м году прервалась жизнь Народного художника Армении Рудольфа Хачатряна, слава которого давно вышла за пределы родины. Одарённый от природы рисовальщик, он обладал уникальной техникой и культурой рисунка, сравнимой с мастерством представителей классического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ФЕНОМЕН ЕГО ИСКУССТВА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Вместо послесловия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ТВОРЧЕСКАЯ ЖИЗНЬ РУДОЛЬФА ХАЧАТРЯНА, начавшаяся ещё в студенческие годы, не знала простоев и передышек. Его талант, замеченный ещё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был дополнен самым необходимым для художника свойством: Рудольф был открыт для жизни и как художник жаден до всего, что попадало в поле его зрения, что окружало его. Всё вовлекалось в орбиту его творческой судьбы.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Основная страсть Рудольфа Хачатряна — его выдающиеся современники, портреты которых поражают как своей верностью натуре, так и той внутренней духовной и интеллектуальной жизнью, которая раскрывается лишь особо зорким художникам. Созданная им галерея незаурядных людей — свидетельство его удивительного дара. В каждом портрете — частица автора, его образное мышление, творческая свобода и редкая способность общения с моделью. Он оставил нам неоценимую характеристику эпохи — портреты людей, живших насыщенной, беспокойной жизнью и проблемами своего времени, умеющих сохранять свою индивидуальность в любых условиях.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меньше любил Рудольф и жанр натюрморта, где царили обычные вещи далеко не роскошного быта советского человека. Но сила его натюрмортов в том, что любой предмет обретал в его картинах уникальную ценность, достойную особого внимания. Тем самым художник прививал любовь ко всем проявлениям жизни, заставляя нас по-новому взглянуть на мир, увидеть скрытую в нём поэзию.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Рудольфа Хачатряна — одна из ярких страниц нашего искусства второй половины XX века, которая войдёт в историю, заняв достойное место среди равных себе. В памяти друзей и всех, кто знал Рудольфа по жизни, он останется по-юношески открытым, так и не обретшим подобающую мэтру солидность, что не вязалось с его громкой славой.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Рудольфа Хачатряна не потеряет своего дыхания до тех пор, пока жив интерес к феномену духовной деятельности человека, которая называется Искусством.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«ТА»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P.S. Как стало известно, член-корреспондент Российской академии художеств Рудольф Хачатрян скончался в Германии после операции на сердце. Вчера его тело из Германии было перевезено в Москву, где сегодня пройдёт гражданская панихида. Вечером того же дня тело будет перевезено в Ереван, а в четверг в Доме камерной музыки пройдёт церемония прощания с выдающимся художником. Он будет похоронен в Пантеоне имени Комитаса.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Pub-0246-б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https://rudolfart.com/publications/Pub-0246-%D0%B1?lang=ru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Pub-0246-б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https://rudolfart.com/publications/Pub-0246-%D0%B1?lang=ru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6-%D0%B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6-%D0%B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https://rudolfart.com/publications/Pub-0246-%D0%B1?lang=ru</dc:subject>
  <dc:creator>python-docx</dc:creator>
  <cp:keywords>Rudolf Khachatryan; rudolfart.com</cp:keywords>
  <dc:description>Source: https://rudolfart.com/publications/Pub-0246-%D0%B1?lang=ru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