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Погосян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Художник, отмеченный богом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Шоакан · 2008, октябрь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перелистываешь одну за другой страницы жизни Рудольфа Хачатряна-художника, кажется, что великий артист имел в виду именно его, когда писал эти строки: человек, который десятилетиями, «нося Армению всегда и неизменно в своей душе», жил и творил в России. Благодаря яркой и глубокой индивидуальности талантливый художник сумел создать свой собственный почерк, стал народным художником Армении, затем членом-корреспондентом Российской академии художеств. Он был одним из самых любимых и высоко ценимых мастеров нашего времени и мечтал отметить своё семидесятилетие в Ереване... Но нам, любителям искусства Армении, не довелось порадоваться его присутствию...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 октября в городском пантеоне Еревана утопала в цветах могила художника с изображением хачкара; собрались те, кто знал и ценил искусство Рудольфа Хачатряна, художники, из России приехали его многочисленная семья и друзья...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Дудукисты играли на «огромной абрикосовой трубе», и мелодии, выходя из неё и смешиваясь с клубами ладана, поднимались в небо. А Мастеру продолжали дарить цветы.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надгробие — его собственный проект. Он был человеком очень верующим и глубоко любящим родину. И две последние его работы были на армянскую тему, — сказал сын художника Всеволод.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Удивительно, что у Рудольфа Хачатряна было столько друзей: даже после смерти с ним хотят дружить. Эта могила — начало его нового пути, — говорили присутствующие. И вот вместе с этими многочисленными друзьями армянские искусствоведы готовят новый альбом художника...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следующий день, 5 октября, в Музее современного искусства открылась его первая посмертная выставка — 12 живописных работ и 3 скульптуры, которые его семья подарила Армении. Хотя это очень малая часть богатого наследия художника, но и представленного было довольно, чтобы узнать мир этого щедро одарённого и глубокого мастера: особенно в портретах видно, что как модель его неизменно привлекали люди сосредоточенные, творящие, артистического склада — во многих случаях художники и учёные, жившие в наши дни. Своих современников он окружает фантастическими предметами, делает образ цельным и завершённым, и образ этот живёт в мире Прекрасного и Высокого: «Абу Лала Магари», «Женский портрет», «Портрет лингвиста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«Автопортрет»... В его работах есть что-то необъяснимо небесное; вероятно, это тот самый дух, который со всей искренностью проявлялся во всех его интервью и передачах: «Моя настольная книга — Библия, я читаю и перечитываю её каждый вечер; без неё невозможно быть истинным человеком и художником» — такова была формула жизни и творчества Рудольфа Хачатряна как благочестивого христианина.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знала меры и его скромность, когда речь шла об оценке великих.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Когда я впервые попал в Эрмитаж, то, увидев работы гениев всех времён, вышел из музея обессиленным, раздавленным... Внутри меня родилось неутолимое желание броситься с ближайшего моста, потому что я без конца задавал себе один и тот же вопрос: «Кто ты такой, чтобы после Рембрандта брать в руки кисть?» Потом я понял, что умирать не надо, надо рисовать, но они навсегда остались для меня вершиной, — сказал однажды художник. Это не кокетство, а проявление высокой человеческой души, смирения. И этот чудо-юноша, приняв великих прошлого за меру, сумел состояться как Рудольф Хачатрян — всю жизнь считая себя учеником Леонардо да Винчи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Рудольф Хачатрян никогда не был ребёнком: он сразу перешёл к классическому искусству. Библию знал превосходно. Говорил: «Я видел Бога и молился». А такие слова он просто так не произнёс бы. Эту горячую веру я вижу в его работах. Когда у нас будет новое здание, у Рудольфа Хачатряна будет очень большой раздел: это наш долг, — сказал директор Музея современного искусства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Вдобавок искусствовед Шаген Хачатрян с особой любовью вспомнил, как в шестнадцать лет впервые познакомился с маленьким Рудольфом и пошёл к ним домой посмотреть его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был потрясён. Ему было всего тринадцать лет, но какое мировосприятие! Он стал тем художником, который поднялся над реализмом и сделался носителем мистического начала. Именно из общения с ним я и выбрал свою профессию.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Кстати, много лет назад, когда Ерванд Кочар создавал свою «живопись в пространстве», он сказал ученику, Рудольфу Хачатряну: «Ты ещё придёшь к этому, но своим путём». Пророчество учителя сбылось: «мистическое начало» художника отразилось в его философских работах, которые он назвал «многомерными объектами». Они представляют собой удивительное слияние скульптуры, живописи и рисунка пером. В основе «скульптур» зрительно лежит крест, но по сути своей они стремятся к шару. Выводя внутренний мир образа наружу, он ищет «формулу человека». Этим работам посвятил большую статью искусствовед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Абраамян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; она вошла в вышедший ещё в 1997 году альбом «Рудольф Хачатрян: многомерные объекты». Он на первый взгляд уподобляет эти вещи мировому древу — всеобщей структуре, которая организует вселенную, делит её на три вертикальных мира (верхний мир светил, птиц и небожителей, нижний мир подземных существ и средний мир людей и земных животных) и на четыре горизонтальных мира — четыре стороны света. Затем он замечает существенное различие: «Дело в том, что если мировое древо разделяет мир, то „многомерные объекты“, напротив, соединяют некогда разделённое».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слово Рудольфа Хачатряна не сводилось к одним лишь «многомерным объектам»: по мнению специалистов, его новаторство было и в том, что он перенёс графику на левкас — на старую технику иконописного мастерства. Его по праву считают одним из классиков современного искусства. И первой выставкой, открывшейся после смерти художника, создавшего непреходящие ценности, начинается его посмертное бессмертие...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Асмик ПОГОСЯН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Pub-0248 · А. Погосян · 2008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Pub-0248 · А. Погосян · 2008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https://rudolfart.com/publications/Pub-0248?lang=ru</dc:subject>
  <dc:creator>python-docx</dc:creator>
  <cp:keywords>Rudolf Khachatryan; rudolfart.com</cp:keywords>
  <dc:description>Source: https://rudolfart.com/publications/Pub-0248?lang=ru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