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Хачатрян Рудольф Лорисович — статья в словаре-справочнике Академии художеств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Академия художеств от основания до наших дней. 1757–2010. Словарь-справочник в двух томах, том второй · 2011, с. 589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РУДОЛЬФ ЛОРИСОВИЧ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4.3.1937, Ереван. — 15.8.2007, Москва.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Живописец, график, скульптор.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Жил в Москве.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Учился: художественное училище им. Телемизяна (1951), в 1950-е годы занимался под руководством Е.С.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 Ереване.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Член-корреспондент АХ (2002).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Народный художник Армянской ССР (1984).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Среди известных работ: автопортреты (1957, 1972, 1982), портреты Ерванда Кочара (1955), художницы Н.А. Хачатрян-Шнейдер (1973), искусствоведа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Генриха Игитяна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(1982),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Аркадия Райкина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Армена Джигарханяна (оба — 1986).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работ серии, выполненные в различных техниках (живопись, графика, коллажи, многомерные объекты). Среди них «Открытые формы» (1963–69), «Возвращение к открытым формам» (1990), «Испытание пространством. Путь к многомерному объекту» (1990–2001), «Рельефы и тени. Отражения форм», «Двойное состояние» (обе – 1992), «Контрасты сгущения» (1992–2001), «Эхо пространств» (1995–2001), «Тени. Позитив I. Негатив I» (2003), «Проекции. Композиции», «Соединения», «Многомерные объекты в скульптуре», «Многомерные объекты в живописном пространстве», «Многомерность в открытом пространстве» (все – 2004).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Медали: АХ «Достойному» (2002, 2007), Европейского общества Ф. Кафки (2003), от президента Армении «Мовсес Хоренаци» (2004), Михаила Шолохова (2007), Золотой орден Союза армян России (2007).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Pub-0250-а · 2011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https://rudolfart.com/publications/Pub-0250-%D0%B0?lang=ru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Pub-0250-а · 2011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https://rudolfart.com/publications/Pub-0250-%D0%B0?lang=ru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50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50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https://rudolfart.com/publications/Pub-0250-%D0%B0?lang=ru</dc:subject>
  <dc:creator>python-docx</dc:creator>
  <cp:keywords>Rudolf Khachatryan; rudolfart.com</cp:keywords>
  <dc:description>Source: https://rudolfart.com/publications/Pub-0250-%D0%B0?lang=ru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