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The Open Club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Moscow Times · 2012, 8 ноября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Поразительные монохромные портреты и натюрморты армянского художника Рудольфа Хачатряна отличаются весомостью и мастерством ренессансного рисовальщика; они выставлены в The Open Club, ул. Спиридоновка, 9/2. openklub.ru.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Фото: Владимир Филонов / MT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Pub-0252 · 2012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https://rudolfart.com/publications/Pub-0252?lang=ru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Pub-0252 · 2012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https://rudolfart.com/publications/Pub-0252?lang=ru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5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5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https://rudolfart.com/publications/Pub-0252?lang=ru</dc:subject>
  <dc:creator>python-docx</dc:creator>
  <cp:keywords>Rudolf Khachatryan; rudolfart.com</cp:keywords>
  <dc:description>Source: https://rudolfart.com/publications/Pub-0252?lang=ru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