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Генрих Игитян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Музей современного искусства Армении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Тигран Мец · 2012, с. 162–165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Путь, избранный им, бесконечен, имеет далеких предшественников и не менее отдаленную космическую высь. Постигая его творчество, можно осознать постоянно эволюционирующую линию, приводящую мастера к барьеру недосягаемости.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Ассоциации, вызываемые произведениями Рудольфа Хачатряна столь неожиданны, что порой нам не хватает смелости допустить мысль, что среди нас живет классик не только в возвышенном смысле этого слова, но и в его истинно качественном совершенстве. Мы можем считать, что среди нас живет и творит феноменальный художник, как говорится, “милостью божей”, чьи блистательные успехи не являются ременисценцией, а лишь свидетельствуют о том, что и в наши дни может произойти чудо.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к иллюстрациям: «Лежащая фигура» из цикла «Проявление образа». 1992, левкас, сепия, пигмент, 33.5 х 48.5, частная коллекция «Дорога», из цикла «Проявление образа». 1992, левкас, сепия, пигмент, 65 х 50 см, частная коллекция «Многомерный объект». 2004, металл, каменная подставка, 20 x 20 x 48 cm, МСИ, Ереван «Многомерный объект». 1996, крашенное дерево, 60 х 60 х 90 см, МСИ, Ереван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Pub-0253 · Генрих Игитян · 2012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Pub-0253 · Генрих Игитян · 2012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https://rudolfart.com/publications/Pub-0253?lang=ru</dc:subject>
  <dc:creator>python-docx</dc:creator>
  <cp:keywords>Rudolf Khachatryan; rudolfart.com</cp:keywords>
  <dc:description>Source: https://rudolfart.com/publications/Pub-0253?lang=ru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