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Alex and Marie Manoogian Foundation, 2013. 336 с.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Наследие армянских сокровищ. Свидетельство народа.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Музей Алекса и Мари Манукян · 2013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(1937–2007)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5.18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Монолог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1984 Рисунок, левкас, сепия, 39 3/8 × 31 1/2 дюйма (100 × 80 см) Инв. № 1988.392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Уроженец Еревана, Рудольф Хачатрян учился у армянского живописца и скульптора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 в 1971 году переехал в Москву. Хачатрян считался одним из самых больших талантов Советского Союза, его работы находятся в крупнейших музеях страны. Он выполнил множество заказов на портреты в Европе и в Соединённых Штатах.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Главную славу Хачатряну принесли портреты. В этих реалистических изображениях художник придавал своим моделям позы и выражения лиц, встречающиеся в картинах старых мастеров, но помещал фигуры в современную обстановку. От этих классических портретов творчество Хачатряна развивалось в сторону абстракции, к образам, почти математическим по своему построению. Он был превосходным рисовальщиком, и его техническая виртуозность очевидна в рисунках фигур. Он рисовал с натуры, и его модели, как правило, занимают центр композиции, из которой убран фон. Его фигуры смотрят на нас так пристально и проникновенно, что почти невозможно поверить, что это всего лишь раскрашенные рисунки. Художник начинает с глаз, которые считает отражением души, и создаёт завораживающий образ, производящий впечатление живого существа, которое словно меняется на наших глазах и всякий раз, когда мы к нему возвращаемся, выглядит по-другому.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«Монолог» изображает молодую женщину, обращённую к публике; её осанка и неподвижный взгляд окружают её аурой силы. Она стоит в непринуждённой позе, с напряжённым взглядом, приоткрытыми губами и поднятыми руками, будто задала вопрос и ждёт ответа. Детали её наряда размыты, вытянутое тело приглушено, и всё внимание приковано к выражению лица. Цвет её лица отличается мраморной чистотой. Лицо исключительно соразмерно и красиво. Жест руки с тонкими пальцами грациозен, и весь её облик производит впечатление бесконечно нежного и хрупкого существа.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Pub-0266 · Alex and Marie Manoogian Foundation, 2013. 336 с. · 2013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https://rudolfart.com/publications/Pub-0266?lang=ru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Pub-0266 · Alex and Marie Manoogian Foundation, 2013. 336 с. · 2013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https://rudolfart.com/publications/Pub-0266?lang=ru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6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6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https://rudolfart.com/publications/Pub-0266?lang=ru</dc:subject>
  <dc:creator>python-docx</dc:creator>
  <cp:keywords>Rudolf Khachatryan; rudolfart.com</cp:keywords>
  <dc:description>Source: https://rudolfart.com/publications/Pub-0266?lang=ru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