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Ерванд Кочар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Босоногий принц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Ерванд Кочар. «Я и Вы», раздел «Статьи» · 2007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Душный ереванский августовский зной... Рынок. Изнывающие от жестокой жары горожане бросаются к маленьким водоносам — мальчишкам, словно сошедшим с полотен Мурильо: босые и полуголые, коричневые от солнца, с большими кувшинами, висящими на лямке через плечо, они снуют в многолюдной базарной толчее, и их зов, взвиваясь над нестройной разноголосицей рынка, звенит пронзительной медью, как звук трубы: вода, вода!.. холодная вода!.. холодная вода из пулпулака*!..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вдруг голоса мальчишек-водоносов замолкают и все они слегка расступаются: это идет Рудольф, босоногий властелин рынка — как и они, полунагой, загорелый, с кожей, блестящей, как каштан. У него глаза будто черный янтарь, он сильный и неподкупный. В этом маленьком мирке девяти-десятилетних мальчишек-беспризорников, водоносов и мелких воришек, он — верховный судья и повелитель. Рудольф! Все дрожат при упоминании этого имени. Оставив в недоумении свою «клиентуру», они бегут ему навстречу и, лишь удостоившись его доброжелательной дружеской улыбки, возвращаются к своим обязанностям...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еще и рисовал, и мальчишки перед ним благоговели.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 четырнадцати годам Рудольф мало-помалу отошел от своей «рыночной братии». Он уже мечтал о другом. Прослышал, что будто бы приехал из Парижа какой-то художник... Его очень хвалили, но говорили, что и рисует он и лепит как-то уж слишком чудно́, ни на кого непохоже. Молодые художники ходили к нему, показывали свои работы и все очень хотели у него учиться...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давно искал кого-то такого, чтобы показать свои рисунки.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Художник, прибывший из Парижа, не поверил своим глазам: четырнадцатилетний парнишка рисовал как большой мастер! Драпировки в его рисунках словно вышли из-под карандаша Леонардо. С того дня Рудольф стал любимцем художника и его неразлучным другом...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Пулпулак — уличный питьевой фонтанчик.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«Босоногий принц», написано в 1960 г. Печатается впервые.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Pub-0293 · Ерванд Кочар · 2007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https://rudolfart.com/publications/Pub-0293?lang=ru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Pub-0293 · Ерванд Кочар · 2007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https://rudolfart.com/publications/Pub-0293?lang=ru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9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9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https://rudolfart.com/publications/Pub-0293?lang=ru</dc:subject>
  <dc:creator>python-docx</dc:creator>
  <cp:keywords>Rudolf Khachatryan; rudolfart.com</cp:keywords>
  <dc:description>Source: https://rudolfart.com/publications/Pub-0293?lang=ru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