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Таир Салахов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Вступительное слово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Каталог «Рудольф Хачатрян. Рисунок», Союз художников СССР, выставочный зал, Москва, 1978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стал известен сразу. Он быстро нашел свой путь в искусстве, потому что внутренне – душевно и духовно – был подготовлен к этому намного раньше. Свои произведения он показывает на выставках очень редко, но большинству московских художников, художникам из других республик известны его портреты – рисунки карандашом, углем, сепией и сангиной. Простые, ясные, в полном смысле этого слова классические, они не могут никого оставить равнодушным.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Мы много говорим о человеке в нашем современном искусстве, но редко кто поднимается до такой любви, до такого уважения к человеку, как Хачатрян. Как и у всякого художника, у него есть свои пристрастия. Его привлекают в качестве моделей люди мыслящие, творческие, люди артистического склада. Он может устроить вокруг модели небольшой «карнавал», окружить ее фантастическими аксессуарами, развивающими образ, создающими цельную и законченную картину человека, живущего не просто в своем мире, а в мире, в котором человек должен жить – в мире красоты и благородства.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Меня покоряет законченность композиций Хачатряна. Не только завершенность чисто пластического порядка, но и та целостность мышления художника, которая позволяет ему воплощать свои идеи с подлинным артистизмом. Его своеобразную манеру рисунка узнаешь сразу, но внутри его творчества ни одна работа не похожа на другую.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Мне кажется, что для Рудольфа Хачатряна его искусство – вся его жизнь, а жизнь – продолжение искусства.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RKh-Txt-0044 · Таир Салахов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RKh-Txt-0044 · Таир Салахов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https://rudolfart.com/texts/RKh-Txt-0044?lang=ru</dc:subject>
  <dc:creator>python-docx</dc:creator>
  <cp:keywords>Rudolf Khachatryan; rudolfart.com</cp:keywords>
  <dc:description>Source: https://rudolfart.com/texts/RKh-Txt-0044?lang=ru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