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Арутюн Нагулян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«Рудольф Хачатрян», Багин, 1974, № 11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[Редакционная врезка:] Арутюн Нагулян, знакомый читателям «Багина» по своим литературным страницам, обладает также кинематографической и художественной культурой. Написанная им статья о Сергее Параджанове, одном из армянских гигантов кинематографа (№ 4), а также публикуемая ниже короткая заметка, возвещающая об открытии Рудольфа Хачатряна в области живописи, в достаточной мере свидетельствуют об основательности накопленных им знаний в этих искусствах.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 Нагулян обещал регулярно публиковать в «Багине» художественные хроники — о художниках Армении и Спюрка.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Публикуемые ниже рисунки Рудольфа Хачатряна предоставлены нам самим художником и печатаются впервые.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Речь идёт об одном из самых талантливых художников Армении — выросшем на корнях двадцатипятилетнего творческого труда, обретшем характерные особенности и достигшем мастерства, — Рудольфе Хачатряне.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 Рудольфа Хачатряна развитие традиционного в армянской живописи достигло современного мышления и мироощущения, а свою живопись он поднял до международного уровня. Международного — в том смысле, что его стиль, его содержание и мастерство, будучи совершенно армянскими, будучи подлинным продолжением энгровского мастерства Овнатаняна и его школы, способны вызвать интерес у человека любой национальности как новое слово и новое чувство в искусстве.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Армянских классиков, составивших стержень нашей тифлисской живописи, в лице Овнатаняна, следует, пожалуй, рассматривать как мост от миниатюристов до нашего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 Европы были Джотто, затем Возрождение, затем Энгр, затем романтики и, наконец, новые — самобытные художники, каждый со своим особым блеском.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 армянской живописи были только миниатюра и Тифлис. Остальное, по нашему мнению, не соответствует своеобразному развитию искусства цивилизованного 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Сегодня, быть может, наше Возрождение — возрождение, которое восполняет оставшиеся пустыми периоды, заполняет их и неким подсознательным обходным путём доводит нашу живопись до сегодняшних мерил искусства (norme).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этом процессе и в этом настроении наша живопись за последние сто лет насчитывает лишь несколько армянских имён — в Армении или за её пределами (Суренянц, Башинджагян, Коджоян, Сарьян, Горки, Оракян и Кочар), — которые связаны духовным родством с историей нашей живописи. У нас, несомненно, есть немало других талантливых художников, но они иные, и мы не видим связи между ними и миниатюристами, между ними и Овнатаняном, между ними и Комитасом, сколько бы ни были предметом их интереса и их кисти армянская земля, горы и церкви.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Наша живопись во всём своём стилистическом многообразии переживает сегодня возрождение. В ней есть общность ритма, созвучная с вершинами нашей истории искусства [в оригинале неясное «բլուր չինած գագաթներուն» — дословно «вершины, создавшие холм»], — будь то миниатюристы, мастер хачкаров, трудившийся на чужой земле, ковродел или строитель церковного купола.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одна из важнейших фигур этого возрождения.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натюрморт не ограничивается и не укладывается в рамки социалистического или капиталистического понимания, прогрессивных или упадочнических ярлыков.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лица, люди, матери и сыновья, глаза и девушки — это не те или иные глаза и матери, не улыбающиеся социалистические матери или печальные капиталистические глаза, а просто матери, глаза и сыновья.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работах Рудольфа Хачатряна есть такое тонкое мастерство стиля, что в формах и линиях коня и женщины можно увидеть черты некоего образа, не имеющего отношения ни к женщине, ни к коню. А сам образ не имеет плоти — это видение, волнующая атмосфера, отвлечённая связь между тобой и линиями, у которой нет названия. В голове Христа можно увидеть частицу коня, частицу Христа, частицу армянского благочестия, частицу Нарекаци и мастерство искусства, которое заставляет данную работу перестать быть головой Христа и не подсказывает нового названия. Это — то, что ты чувствуешь и думаешь.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Собственно, самое важное в нашей живописи именно в том, что у неё нет расставленных знаков содержания. Это красота, которая вместе со зрителем создаёт содержание. Например, у миниатюристов евангельский сюжет (сюжет) перестаёт быть евангельским, и каждый Христос обретает иную форму, иной взгляд и иной смысл.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 Хачатряна главное — человеческое. Его линии вложили в себя это чувство своеобразным стилем — что бы ни изображали они как рисунок. В конечном счёте к искусству приходишь тогда, когда умеешь вдохнуть в цвета и линию дыхание и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линиях Рудольфа Хачатряна есть сдержанный порыв, внешне спокойный и мастерски обузданный в тонкости линий. Но он всё же переливается за рамки, заражает тебя и делает работы насыщенными волнением.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Нет сомнения, что его художественное мышление, так сказать, насыщено культурой. Это обстоятельство очень часто делает работу нарочитой и искусственной. Но здесь не так — в следующем смысле. —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мы рассматриваем работы сериями, группами, мы видим облагораживание мышления — линию чувства и мысли, охватывающую четыре-пять, а иногда и десять работ, — содержание, которое складывается в целое силой нескольких картин, дополняющих друг друга и стремящихся друг друга превзойти. Здесь и проявляется интеллектуальность Хачатряна (intellectualité). Одна мысль породила несколько работ, подсознательно дополняющих друг друга. Значит, мысли одного периода как бы общие для картин этого периода. Таково впечатление.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этом смысле мы не ищем у Хачатряна чувства свободы человека, красоты и проявлений различных благородных переживаний, а просто ищем человека, прекрасное, духовное [в оригинале «ոգեղը»] и состав жизни и то отвлечённое воздействие, которое они оказали на художника в данный период.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Авторская подборка его графики. Серия (выполненная на камне, тиражом 10 экземпляров) состоит из 10 листов, из которых в нашем распоряжении только семь. Если рассматривать все десять вместе, то при всём разнообразии сюжетов они сливаются по своему содержанию и смыслу, и это потому, что все вместе они представляют череду коней, быть может, бег коней, а по отдельности один — Христос, другой — сам Р. Хачатрян, третий — полёт, ещё один — день, ночь и день, ещё один — его жена, и в конечном счёте существует подсознательная и чисто интеллектуальная связь между женщиной, им самим, Христом, днём, душевными взлётами и мечущимися, как кони, повседневными людьми...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RKh-Txt-0045 · Арутюн Нагулян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RKh-Txt-0045 · Арутюн Нагулян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https://rudolfart.com/texts/RKh-Txt-0045?lang=ru</dc:subject>
  <dc:creator>python-docx</dc:creator>
  <cp:keywords>Rudolf Khachatryan; rudolfart.com</cp:keywords>
  <dc:description>Source: https://rudolfart.com/texts/RKh-Txt-0045?lang=ru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